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Format of CA Certificate for Opening Current Account</w:t>
      </w:r>
    </w:p>
    <w:p>
      <w:pPr>
        <w:pStyle w:val="Heading2"/>
      </w:pPr>
      <w:r>
        <w:t>To Whomsoever It May Concern</w:t>
      </w:r>
    </w:p>
    <w:p>
      <w:r>
        <w:t>This is to certify that M/s. [Name of the Entity], having its principal place of business at [Full Address], is engaged in the business of [Nature of Business/Profession].</w:t>
      </w:r>
    </w:p>
    <w:p>
      <w:r>
        <w:t>The entity has been registered as a [Proprietorship/Partnership Firm/LLP/Private Limited Company/Others] and is maintaining proper books of accounts as per applicable laws.</w:t>
      </w:r>
    </w:p>
    <w:p>
      <w:r>
        <w:t>The details of the entity are as under: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Name of the Entity</w:t>
            </w:r>
          </w:p>
        </w:tc>
        <w:tc>
          <w:tcPr>
            <w:tcW w:type="dxa" w:w="4320"/>
          </w:tcPr>
          <w:p>
            <w:r>
              <w:t>[Entity Name]</w:t>
            </w:r>
          </w:p>
        </w:tc>
      </w:tr>
      <w:tr>
        <w:tc>
          <w:tcPr>
            <w:tcW w:type="dxa" w:w="4320"/>
          </w:tcPr>
          <w:p>
            <w:r>
              <w:t>Type of Entity</w:t>
            </w:r>
          </w:p>
        </w:tc>
        <w:tc>
          <w:tcPr>
            <w:tcW w:type="dxa" w:w="4320"/>
          </w:tcPr>
          <w:p>
            <w:r>
              <w:t>[Proprietorship/Partnership/LLP/Pvt. Ltd. Co./Others]</w:t>
            </w:r>
          </w:p>
        </w:tc>
      </w:tr>
      <w:tr>
        <w:tc>
          <w:tcPr>
            <w:tcW w:type="dxa" w:w="4320"/>
          </w:tcPr>
          <w:p>
            <w:r>
              <w:t>Business Address</w:t>
            </w:r>
          </w:p>
        </w:tc>
        <w:tc>
          <w:tcPr>
            <w:tcW w:type="dxa" w:w="4320"/>
          </w:tcPr>
          <w:p>
            <w:r>
              <w:t>[Complete Address]</w:t>
            </w:r>
          </w:p>
        </w:tc>
      </w:tr>
      <w:tr>
        <w:tc>
          <w:tcPr>
            <w:tcW w:type="dxa" w:w="4320"/>
          </w:tcPr>
          <w:p>
            <w:r>
              <w:t>PAN</w:t>
            </w:r>
          </w:p>
        </w:tc>
        <w:tc>
          <w:tcPr>
            <w:tcW w:type="dxa" w:w="4320"/>
          </w:tcPr>
          <w:p>
            <w:r>
              <w:t>[PAN of Entity/Proprietor]</w:t>
            </w:r>
          </w:p>
        </w:tc>
      </w:tr>
      <w:tr>
        <w:tc>
          <w:tcPr>
            <w:tcW w:type="dxa" w:w="4320"/>
          </w:tcPr>
          <w:p>
            <w:r>
              <w:t>GSTIN (if applicable)</w:t>
            </w:r>
          </w:p>
        </w:tc>
        <w:tc>
          <w:tcPr>
            <w:tcW w:type="dxa" w:w="4320"/>
          </w:tcPr>
          <w:p>
            <w:r>
              <w:t>[GSTIN]</w:t>
            </w:r>
          </w:p>
        </w:tc>
      </w:tr>
      <w:tr>
        <w:tc>
          <w:tcPr>
            <w:tcW w:type="dxa" w:w="4320"/>
          </w:tcPr>
          <w:p>
            <w:r>
              <w:t>Date of Commencement of Business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t>Nature of Business</w:t>
            </w:r>
          </w:p>
        </w:tc>
        <w:tc>
          <w:tcPr>
            <w:tcW w:type="dxa" w:w="4320"/>
          </w:tcPr>
          <w:p>
            <w:r>
              <w:t>[Description]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r>
        <w:t>This certificate is issued at the request of the client for the purpose of opening a Current Account with [Name of the Bank], and should not be used for any other purpose.</w:t>
      </w:r>
    </w:p>
    <w:p>
      <w:r>
        <w:br/>
        <w:t>For [Name of CA Firm]</w:t>
        <w:br/>
        <w:t>Chartered Accountants</w:t>
        <w:br/>
        <w:t>Firm Registration No.: [FRN]</w:t>
      </w:r>
    </w:p>
    <w:p>
      <w:r>
        <w:t>Signature: ________________________</w:t>
        <w:br/>
        <w:t>Name: [Name of the Partner/Proprietor]</w:t>
        <w:br/>
        <w:t>Membership No.: [M. No.]</w:t>
        <w:br/>
        <w:t>UDIN: [UDIN No.]</w:t>
        <w:br/>
        <w:t>Place: [City]</w:t>
        <w:br/>
        <w:t>Date: [DD/MM/YYYY]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